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C01B1B"/>
          <w:sz w:val="18"/>
        </w:rPr>
        <w:t>【重要提示】本文件由 AI 根据您提供的信息自动生成草稿，仅供参考，不构成法律意见。正式签署或使用前，请务必由专业律师根据实际情况审核、修改。如因直接使用本草稿产生任何法律后果，AI 生成方不承担任何责任。</w:t>
      </w:r>
    </w:p>
    <w:p/>
    <w:p>
      <w:r>
        <w:t>甲方（供货方）：________</w:t>
      </w:r>
    </w:p>
    <w:p>
      <w:r>
        <w:t>统一社会信用代码：________</w:t>
      </w:r>
    </w:p>
    <w:p>
      <w:r>
        <w:t>法定代表人：________</w:t>
      </w:r>
    </w:p>
    <w:p>
      <w:r>
        <w:t>地址：________</w:t>
      </w:r>
    </w:p>
    <w:p>
      <w:r>
        <w:t>联系方式：________</w:t>
      </w:r>
    </w:p>
    <w:p/>
    <w:p>
      <w:r>
        <w:t>乙方（采购方）：________</w:t>
      </w:r>
    </w:p>
    <w:p>
      <w:r>
        <w:t>统一社会信用代码：________</w:t>
      </w:r>
    </w:p>
    <w:p>
      <w:r>
        <w:t>法定代表人：________</w:t>
      </w:r>
    </w:p>
    <w:p>
      <w:r>
        <w:t>地址：________</w:t>
      </w:r>
    </w:p>
    <w:p>
      <w:r>
        <w:t>联系方式：________</w:t>
      </w:r>
    </w:p>
    <w:p/>
    <w:p>
      <w:r>
        <w:rPr>
          <w:b/>
        </w:rPr>
        <w:t>鉴于：</w:t>
      </w:r>
    </w:p>
    <w:p>
      <w:r>
        <w:t>1. 甲方系依法设立并有效存续的企业法人，具备供应本合同项下商品的资质与能力；</w:t>
      </w:r>
    </w:p>
    <w:p>
      <w:r>
        <w:t>2. 乙方因经营需要，通过甲方运营的线上商城（订单编号：MO_SELL_001）向甲方采购商品，双方经友好协商，就本次交易事宜达成如下约定，以兹共同遵守。</w:t>
      </w:r>
    </w:p>
    <w:p/>
    <w:p>
      <w:r>
        <w:rPr>
          <w:b/>
        </w:rPr>
        <w:t>**第一条 合同标的**</w:t>
      </w:r>
    </w:p>
    <w:p>
      <w:r>
        <w:rPr>
          <w:b/>
        </w:rPr>
        <w:t>1.1 甲方应按照本合同约定向乙方供应以下商品（具体规格、型号、数量、单价以商城订单MO_SELL_001为准）：</w:t>
      </w:r>
    </w:p>
    <w:p>
      <w:r>
        <w:t>商品名称：________</w:t>
      </w:r>
    </w:p>
    <w:p>
      <w:r>
        <w:t>商品型号/规格：________</w:t>
      </w:r>
    </w:p>
    <w:p>
      <w:r>
        <w:t>数量：________</w:t>
      </w:r>
    </w:p>
    <w:p>
      <w:r>
        <w:t>单价：________</w:t>
      </w:r>
    </w:p>
    <w:p>
      <w:r>
        <w:t>总价款：人民币________元（大写：________）。</w:t>
      </w:r>
    </w:p>
    <w:p>
      <w:r>
        <w:t>1.2 上述商品质量标准应当符合国家相关强制性标准及双方确认的样品或技术参数。若乙方对商品有特殊要求，应于订单中明确并经甲方书面确认。</w:t>
      </w:r>
    </w:p>
    <w:p/>
    <w:p>
      <w:r>
        <w:t>**第二条 履行方式与期限**</w:t>
      </w:r>
    </w:p>
    <w:p>
      <w:r>
        <w:t>2.1 交货时间：甲方应于________年____月____日前（或乙方支付预付款后____日内）一次性交付全部商品。</w:t>
      </w:r>
    </w:p>
    <w:p>
      <w:r>
        <w:t>2.2 交货地点：________（乙方指定收货地址）。</w:t>
      </w:r>
    </w:p>
    <w:p>
      <w:r>
        <w:t>2.3 运输方式及费用负担：运输方式由甲方自行选择，运费及保险费用由________方承担。商品毁损、灭失的风险在交付乙方签收前由甲方承担，签收后由乙方承担。</w:t>
      </w:r>
    </w:p>
    <w:p>
      <w:r>
        <w:t>2.4 交付时，甲方应同时提供商品合格证明、保修凭证及相关附件。</w:t>
      </w:r>
    </w:p>
    <w:p/>
    <w:p>
      <w:r>
        <w:t>**第三条 费用与支付**</w:t>
      </w:r>
    </w:p>
    <w:p>
      <w:r>
        <w:t>3.1 合同总价款为人民币________元，该价款已包含商品价款、包装费、税费及运输费（除另有约定外）。</w:t>
      </w:r>
    </w:p>
    <w:p>
      <w:r>
        <w:rPr>
          <w:b/>
        </w:rPr>
        <w:t>3.2 支付方式：</w:t>
      </w:r>
    </w:p>
    <w:p>
      <w:r>
        <w:t>（1）预付款：乙方应于本合同签订后____日内支付合同总价款的________%，即人民币________元；</w:t>
      </w:r>
    </w:p>
    <w:p>
      <w:r>
        <w:t>（2）尾款：乙方应在收到全部商品并验收合格后____日内支付剩余款项。</w:t>
      </w:r>
    </w:p>
    <w:p>
      <w:r>
        <w:rPr>
          <w:b/>
        </w:rPr>
        <w:t>3.3 甲方收款账户信息：</w:t>
      </w:r>
    </w:p>
    <w:p>
      <w:r>
        <w:t>开户名：________</w:t>
      </w:r>
    </w:p>
    <w:p>
      <w:r>
        <w:t>开户行：________</w:t>
      </w:r>
    </w:p>
    <w:p>
      <w:r>
        <w:t>账号：________</w:t>
      </w:r>
    </w:p>
    <w:p>
      <w:r>
        <w:t>3.4 乙方逾期付款的，每逾期一日，应按逾期支付金额的万分之____向甲方支付违约金。</w:t>
      </w:r>
    </w:p>
    <w:p/>
    <w:p>
      <w:r>
        <w:t>**第四条 双方权利义务**</w:t>
      </w:r>
    </w:p>
    <w:p>
      <w:r>
        <w:rPr>
          <w:b/>
        </w:rPr>
        <w:t>4.1 甲方权利义务：</w:t>
      </w:r>
    </w:p>
    <w:p>
      <w:r>
        <w:t>（1）按约定的时间、数量、质量交付商品；</w:t>
      </w:r>
    </w:p>
    <w:p>
      <w:r>
        <w:t>（2）保证商品系全新未使用、无权利瑕疵、不侵犯第三方知识产权；</w:t>
      </w:r>
    </w:p>
    <w:p>
      <w:r>
        <w:t>（3）对商品提供符合法律规定的质量保证期（不低于____个月），质保期内非因乙方人为原因出现质量问题，甲方应免费维修或更换。</w:t>
      </w:r>
    </w:p>
    <w:p>
      <w:r>
        <w:rPr>
          <w:b/>
        </w:rPr>
        <w:t>4.2 乙方权利义务：</w:t>
      </w:r>
    </w:p>
    <w:p>
      <w:r>
        <w:t>（1）按约支付货款，及时接收商品并依约验收；</w:t>
      </w:r>
    </w:p>
    <w:p>
      <w:r>
        <w:t>（2）验收期限为收到商品后____个工作日内，逾期未提出书面异议的，视为商品数量及外观验收合格；</w:t>
      </w:r>
    </w:p>
    <w:p>
      <w:r>
        <w:t>（3）对商品使用过程中发现的隐蔽瑕疵，应在发现之日起____日内书面通知甲方。</w:t>
      </w:r>
    </w:p>
    <w:p/>
    <w:p>
      <w:r>
        <w:t>**第五条 违约责任**</w:t>
      </w:r>
    </w:p>
    <w:p>
      <w:r>
        <w:t>5.1 甲方逾期交货的，每逾期一日，应按合同总价款的万分之____向乙方支付违约金；逾期超过____日的，乙方有权解除合同并要求甲方返还已付款项，并按合同总价款的____%支付赔偿金。</w:t>
      </w:r>
    </w:p>
    <w:p>
      <w:r>
        <w:t>5.2 商品质量不符合约定的，乙方有权拒收或要求甲方在____日内更换、修理；如更换、修理后仍不合格，乙方有权解除合同并要求甲方退还全部款项，同时甲方应支付合同总价款____%的违约金。</w:t>
      </w:r>
    </w:p>
    <w:p>
      <w:r>
        <w:t>5.3 任何一方违反本合同项下保密义务或造成对方损失的，应赔偿守约方因此遭受的全部损失（包括但不限于直接损失、律师费、诉讼费等）。</w:t>
      </w:r>
    </w:p>
    <w:p/>
    <w:p>
      <w:r>
        <w:t>**第六条 争议解决**</w:t>
      </w:r>
    </w:p>
    <w:p>
      <w:r>
        <w:t>6.1 本合同的订立、效力、解释、履行及争议解决均适用中华人民共和国法律（不含港澳台地区）。</w:t>
      </w:r>
    </w:p>
    <w:p>
      <w:r>
        <w:t>6.2 因本合同引起的或与本合同有关的任何争议，双方应首先友好协商解决；协商不成的，任何一方均有权向合同签订地（即________）有管辖权的人民法院提起诉讼。</w:t>
      </w:r>
    </w:p>
    <w:p/>
    <w:p>
      <w:r>
        <w:t>**第七条 其他约定**</w:t>
      </w:r>
    </w:p>
    <w:p>
      <w:r>
        <w:t>7.1 本合同自双方加盖公章（或合同专用章）及法定代表人或授权代表签字之日起生效，一式____份，甲乙双方各执____份，具有同等法律效力。</w:t>
      </w:r>
    </w:p>
    <w:p>
      <w:r>
        <w:t>7.2 未尽事宜，双方可另行签订补充协议，补充协议与本合同具有同等法律效力。</w:t>
      </w:r>
    </w:p>
    <w:p>
      <w:r>
        <w:t>7.3 本合同履行过程中如需变更或解除，应经双方书面协商一致。</w:t>
      </w:r>
    </w:p>
    <w:p>
      <w:r>
        <w:t>7.4 通知送达：双方确认以本合同首部记载的地址、联系方式为有效通知途径，任何一方变更上述信息应在变更后____日内书面通知对方，否则原地址送达即视为有效送达。</w:t>
      </w:r>
    </w:p>
    <w:p>
      <w:r>
        <w:t>7.5 本合同附件（如有）为合同不可分割的组成部分，与正文具有同等效力。</w:t>
      </w:r>
    </w:p>
    <w:p/>
    <w:p>
      <w:r>
        <w:t>（以下无正文，为签署栏）</w:t>
      </w:r>
    </w:p>
    <w:p/>
    <w:p>
      <w:r>
        <w:t>甲方（盖章）：________</w:t>
      </w:r>
    </w:p>
    <w:p>
      <w:r>
        <w:t>授权代表：________</w:t>
      </w:r>
    </w:p>
    <w:p>
      <w:r>
        <w:t>签署日期：________</w:t>
      </w:r>
    </w:p>
    <w:p/>
    <w:p>
      <w:r>
        <w:t>乙方（盖章）：________</w:t>
      </w:r>
    </w:p>
    <w:p>
      <w:r>
        <w:t>授权代表：________</w:t>
      </w:r>
    </w:p>
    <w:p>
      <w:r>
        <w:t>签署日期：________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